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AEE" w:rsidRDefault="00840D3F">
      <w:pPr>
        <w:pStyle w:val="Nagwek1"/>
      </w:pPr>
      <w:r>
        <w:t>Polityka Prywatności</w:t>
      </w:r>
    </w:p>
    <w:p w:rsidR="00C41AEE" w:rsidRDefault="00840D3F">
      <w:r>
        <w:rPr>
          <w:b/>
        </w:rPr>
        <w:t>BOSKA Line &amp; Beauty Makijaż Permanentny</w:t>
      </w:r>
    </w:p>
    <w:p w:rsidR="00C41AEE" w:rsidRDefault="00840D3F">
      <w:pPr>
        <w:pStyle w:val="Nagwek2"/>
      </w:pPr>
      <w:r>
        <w:t>1. Administrator danych</w:t>
      </w:r>
    </w:p>
    <w:p w:rsidR="00C41AEE" w:rsidRDefault="00840D3F">
      <w:r>
        <w:t>Administratorem danych osobowych jest BOSKA Line &amp; Beauty Makijaż Permanentny.</w:t>
      </w:r>
    </w:p>
    <w:p w:rsidR="00C41AEE" w:rsidRDefault="00C41AEE"/>
    <w:p w:rsidR="00C41AEE" w:rsidRDefault="00840D3F">
      <w:r>
        <w:t>W sprawach dotyczących przetwarzania danych można skontaktować się poprzez:</w:t>
      </w:r>
    </w:p>
    <w:p w:rsidR="00C41AEE" w:rsidRDefault="00840D3F">
      <w:r>
        <w:t>• e-mail: diana.tataj@gmail.com</w:t>
      </w:r>
    </w:p>
    <w:p w:rsidR="00C41AEE" w:rsidRDefault="00840D3F">
      <w:r>
        <w:t xml:space="preserve">• </w:t>
      </w:r>
      <w:proofErr w:type="spellStart"/>
      <w:r>
        <w:t>telefon</w:t>
      </w:r>
      <w:proofErr w:type="spellEnd"/>
      <w:r>
        <w:t>: 796328813</w:t>
      </w:r>
    </w:p>
    <w:p w:rsidR="00C41AEE" w:rsidRDefault="00840D3F">
      <w:pPr>
        <w:pStyle w:val="Nagwek2"/>
      </w:pPr>
      <w:r>
        <w:t>2. Jakie dane zbieramy?</w:t>
      </w:r>
    </w:p>
    <w:p w:rsidR="00C41AEE" w:rsidRDefault="00840D3F">
      <w:r>
        <w:t>Możemy zbierać następujące dane:</w:t>
      </w:r>
    </w:p>
    <w:p w:rsidR="00C41AEE" w:rsidRDefault="00840D3F">
      <w:r>
        <w:t>• imię i nazwisko,</w:t>
      </w:r>
    </w:p>
    <w:p w:rsidR="00C41AEE" w:rsidRDefault="00840D3F">
      <w:r>
        <w:t>• numer telefonu,</w:t>
      </w:r>
    </w:p>
    <w:p w:rsidR="00C41AEE" w:rsidRDefault="00840D3F">
      <w:r>
        <w:t>• adres e-mail,</w:t>
      </w:r>
    </w:p>
    <w:p w:rsidR="00C41AEE" w:rsidRDefault="00840D3F">
      <w:r>
        <w:t>• treść wiadomości,</w:t>
      </w:r>
    </w:p>
    <w:p w:rsidR="00C41AEE" w:rsidRDefault="00840D3F">
      <w:r>
        <w:t>• informacje przekazane dobrowolnie w formularzu kontaktowym lub formular</w:t>
      </w:r>
      <w:r>
        <w:t>zu Meta.</w:t>
      </w:r>
    </w:p>
    <w:p w:rsidR="00C41AEE" w:rsidRDefault="00840D3F">
      <w:pPr>
        <w:pStyle w:val="Nagwek2"/>
      </w:pPr>
      <w:r>
        <w:t>3. Cel przetwarzania danych</w:t>
      </w:r>
    </w:p>
    <w:p w:rsidR="00C41AEE" w:rsidRDefault="00840D3F">
      <w:r>
        <w:t>Dane przetwarzamy w celu:</w:t>
      </w:r>
    </w:p>
    <w:p w:rsidR="00C41AEE" w:rsidRDefault="00840D3F">
      <w:r>
        <w:t>• kontaktu z klientem,</w:t>
      </w:r>
    </w:p>
    <w:p w:rsidR="00C41AEE" w:rsidRDefault="00840D3F">
      <w:r>
        <w:t>• udzielenia odpowiedzi na zapytanie,</w:t>
      </w:r>
    </w:p>
    <w:p w:rsidR="00C41AEE" w:rsidRDefault="00840D3F">
      <w:r>
        <w:t>• umówienia wizyty,</w:t>
      </w:r>
    </w:p>
    <w:p w:rsidR="00C41AEE" w:rsidRDefault="00840D3F">
      <w:r>
        <w:t>• przedstawienia oferty usług,</w:t>
      </w:r>
    </w:p>
    <w:p w:rsidR="00C41AEE" w:rsidRDefault="00840D3F">
      <w:r>
        <w:t>• realizacji usług makijażu permanentnego oraz innych usług kosmetycznych,</w:t>
      </w:r>
    </w:p>
    <w:p w:rsidR="00C41AEE" w:rsidRDefault="00840D3F">
      <w:r>
        <w:t>• prow</w:t>
      </w:r>
      <w:r>
        <w:t>adzenia dokumentacji wymaganej przepisami prawa.</w:t>
      </w:r>
    </w:p>
    <w:p w:rsidR="00C41AEE" w:rsidRDefault="00840D3F">
      <w:pPr>
        <w:pStyle w:val="Nagwek2"/>
      </w:pPr>
      <w:r>
        <w:t>4. Podstawa prawna</w:t>
      </w:r>
    </w:p>
    <w:p w:rsidR="00C41AEE" w:rsidRDefault="00840D3F">
      <w:r>
        <w:t>Dane przetwarzane są zgodnie z Rozporządzeniem Parlamentu Europejskiego i Rady (UE) 2016/679 (RODO), na podstawie zgody osoby, której dane dotyczą, działań zmierzających do zawarcia lub wy</w:t>
      </w:r>
      <w:r>
        <w:t>konania umowy oraz obowiązków wynikających z przepisów prawa.</w:t>
      </w:r>
    </w:p>
    <w:p w:rsidR="00C41AEE" w:rsidRDefault="00840D3F">
      <w:pPr>
        <w:pStyle w:val="Nagwek2"/>
      </w:pPr>
      <w:r>
        <w:lastRenderedPageBreak/>
        <w:t>5. Okres przechowywania danych</w:t>
      </w:r>
    </w:p>
    <w:p w:rsidR="00C41AEE" w:rsidRDefault="00840D3F">
      <w:r>
        <w:t>Dane przechowywane są przez okres niezbędny do realizacji celu, dla którego zostały zebrane, lub przez okres wymagany przepisami prawa.</w:t>
      </w:r>
    </w:p>
    <w:p w:rsidR="00C41AEE" w:rsidRDefault="00840D3F">
      <w:pPr>
        <w:pStyle w:val="Nagwek2"/>
      </w:pPr>
      <w:r>
        <w:t>6. Odbiorcy danych</w:t>
      </w:r>
    </w:p>
    <w:p w:rsidR="00C41AEE" w:rsidRDefault="00840D3F">
      <w:r>
        <w:t>Dane mog</w:t>
      </w:r>
      <w:r>
        <w:t>ą być przekazywane podmiotom wspierającym działalność firmy, takim jak dostawcy usług informatycznych, Meta Platforms Ireland Limited (Facebook i Instagram), podmioty świadczące usługi księgowe oraz hostingowe.</w:t>
      </w:r>
    </w:p>
    <w:p w:rsidR="00C41AEE" w:rsidRDefault="00840D3F">
      <w:pPr>
        <w:pStyle w:val="Nagwek2"/>
      </w:pPr>
      <w:r>
        <w:t>7. Prawa osoby, której dane dotyczą</w:t>
      </w:r>
    </w:p>
    <w:p w:rsidR="00C41AEE" w:rsidRDefault="00840D3F">
      <w:r>
        <w:t xml:space="preserve">Każdej </w:t>
      </w:r>
      <w:r>
        <w:t>osobie przysługuje prawo do dostępu do swoich danych, ich sprostowania, usunięcia, ograniczenia przetwarzania, przenoszenia danych, wniesienia sprzeciwu oraz cofnięcia zgody w dowolnym momencie.</w:t>
      </w:r>
    </w:p>
    <w:p w:rsidR="00C41AEE" w:rsidRDefault="00840D3F">
      <w:pPr>
        <w:pStyle w:val="Nagwek2"/>
      </w:pPr>
      <w:r>
        <w:t>8. Skarga do Prezesa UODO</w:t>
      </w:r>
    </w:p>
    <w:p w:rsidR="00C41AEE" w:rsidRDefault="00840D3F">
      <w:r>
        <w:t>Osoba, której dane dotyczą, ma praw</w:t>
      </w:r>
      <w:r>
        <w:t>o wnieść skargę do Prezesa Urzędu Ochrony Danych Osobowych.</w:t>
      </w:r>
    </w:p>
    <w:p w:rsidR="00C41AEE" w:rsidRDefault="00840D3F">
      <w:pPr>
        <w:pStyle w:val="Nagwek2"/>
      </w:pPr>
      <w:r>
        <w:t>9. Pliki cookies</w:t>
      </w:r>
    </w:p>
    <w:p w:rsidR="00C41AEE" w:rsidRDefault="00840D3F">
      <w:r>
        <w:t>Strona internetowa lub formularze mogą wykorzystywać pliki cookies w celu poprawnego działania oraz analizy ruchu.</w:t>
      </w:r>
    </w:p>
    <w:p w:rsidR="00C41AEE" w:rsidRDefault="00840D3F">
      <w:pPr>
        <w:pStyle w:val="Nagwek2"/>
      </w:pPr>
      <w:r>
        <w:t>10. Kontakt</w:t>
      </w:r>
    </w:p>
    <w:p w:rsidR="00C41AEE" w:rsidRDefault="00840D3F">
      <w:r>
        <w:t>W sprawach związanych z ochroną danych osobowych pro</w:t>
      </w:r>
      <w:r>
        <w:t>simy o kontakt:</w:t>
      </w:r>
    </w:p>
    <w:p w:rsidR="00C41AEE" w:rsidRDefault="00840D3F">
      <w:r>
        <w:t>E-mail: diana.tataj@gmail.com</w:t>
      </w:r>
      <w:bookmarkStart w:id="0" w:name="_GoBack"/>
      <w:bookmarkEnd w:id="0"/>
    </w:p>
    <w:sectPr w:rsidR="00C41AE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0D3F"/>
    <w:rsid w:val="00AA1D8D"/>
    <w:rsid w:val="00B47730"/>
    <w:rsid w:val="00C41AE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9525F"/>
  <w14:defaultImageDpi w14:val="300"/>
  <w15:docId w15:val="{99B64B64-4DFE-4C01-87F0-0D3DDFEA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7143F-A80C-4A40-9CEC-26C572EF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dtelektryka@outlook.com</cp:lastModifiedBy>
  <cp:revision>2</cp:revision>
  <dcterms:created xsi:type="dcterms:W3CDTF">2026-07-20T17:54:00Z</dcterms:created>
  <dcterms:modified xsi:type="dcterms:W3CDTF">2026-07-20T17:54:00Z</dcterms:modified>
  <cp:category/>
</cp:coreProperties>
</file>