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Formularz Reklamacji – Makijaż Permanentny (PMU)</w:t>
      </w:r>
    </w:p>
    <w:p>
      <w:pPr>
        <w:pStyle w:val="Heading2"/>
      </w:pPr>
      <w:r>
        <w:t>Dane klientki/klienta</w:t>
      </w:r>
    </w:p>
    <w:p>
      <w:r>
        <w:t>Imię i nazwisko: .................................................................</w:t>
        <w:br/>
        <w:t>Telefon kontaktowy: .................................................................</w:t>
        <w:br/>
        <w:t>Adres e-mail: ..........................................................................</w:t>
      </w:r>
    </w:p>
    <w:p>
      <w:pPr>
        <w:pStyle w:val="Heading2"/>
      </w:pPr>
      <w:r>
        <w:t>Szczegóły zabiegu</w:t>
      </w:r>
    </w:p>
    <w:p>
      <w:r>
        <w:t>Data wykonania zabiegu: .........................................................</w:t>
        <w:br/>
        <w:t>Rodzaj zabiegu: ....................................................................</w:t>
      </w:r>
    </w:p>
    <w:p>
      <w:pPr>
        <w:pStyle w:val="Heading2"/>
      </w:pPr>
      <w:r>
        <w:t>Opis zgłaszanych zastrzeżeń</w:t>
      </w:r>
    </w:p>
    <w:p>
      <w:r>
        <w:t>..............................................................................................</w:t>
        <w:br/>
        <w:t>..............................................................................................</w:t>
        <w:br/>
        <w:t>..............................................................................................</w:t>
      </w:r>
    </w:p>
    <w:p>
      <w:pPr>
        <w:pStyle w:val="Heading2"/>
      </w:pPr>
      <w:r>
        <w:t>Załączniki (opcjonalnie)</w:t>
      </w:r>
    </w:p>
    <w:p>
      <w:r>
        <w:t>☐ Zdjęcia dokumentujące problem</w:t>
        <w:br/>
        <w:t>☐ Inne materiały (proszę opisać): ....................................................</w:t>
      </w:r>
    </w:p>
    <w:p>
      <w:pPr>
        <w:pStyle w:val="Heading2"/>
      </w:pPr>
      <w:r>
        <w:t>Preferowana forma kontaktu zwrotnego</w:t>
      </w:r>
    </w:p>
    <w:p>
      <w:r>
        <w:t>☐ Telefoniczna</w:t>
        <w:br/>
        <w:t>☐ E-mail</w:t>
        <w:br/>
        <w:t>☐ Wiadomość prywatna (social media)</w:t>
      </w:r>
    </w:p>
    <w:p>
      <w:pPr>
        <w:pStyle w:val="Heading2"/>
      </w:pPr>
      <w:r>
        <w:t>Oświadczenie klienta</w:t>
      </w:r>
    </w:p>
    <w:p>
      <w:r>
        <w:t>Oświadczam, że zapoznałam/em się z regulaminem salonu oraz że składam reklamację w terminie 7 dni od wykonania zabiegu, zgodnie z obowiązującą procedurą reklamacyjną.</w:t>
        <w:br/>
        <w:br/>
        <w:t>Podpis klienta: .........................................................</w:t>
        <w:br/>
        <w:t>Data złożenia reklamacji: ............................................</w:t>
      </w:r>
    </w:p>
    <w:p>
      <w:pPr>
        <w:pStyle w:val="Heading2"/>
      </w:pPr>
      <w:r>
        <w:t>Dla salonu (wypełnia linergistka)</w:t>
      </w:r>
    </w:p>
    <w:p>
      <w:r>
        <w:t>Data przyjęcia reklamacji: ............................................</w:t>
        <w:br/>
        <w:t>Osoba przyjmująca zgłoszenie: ............................................</w:t>
        <w:br/>
        <w:t>Uwagi / wstępna ocena:</w:t>
        <w:br/>
        <w:t>..............................................................................................</w:t>
        <w:br/>
        <w:t>..............................................................................................</w:t>
      </w:r>
    </w:p>
    <w:p>
      <w:pPr>
        <w:pStyle w:val="Heading2"/>
      </w:pPr>
      <w:r>
        <w:t>Decyzja salonu (po rozpatrzeniu reklamacji)</w:t>
      </w:r>
    </w:p>
    <w:p>
      <w:r>
        <w:t>☐ Reklamacja uznana w całości</w:t>
        <w:br/>
        <w:t>☐ Reklamacja uznana częściowo</w:t>
        <w:br/>
        <w:t>☐ Reklamacja odrzucona</w:t>
        <w:br/>
        <w:br/>
        <w:t>Opis decyzji / sposób rozwiązania sprawy:</w:t>
        <w:br/>
        <w:t>..............................................................................................</w:t>
        <w:br/>
        <w:t>..............................................................................................</w:t>
        <w:br/>
        <w:br/>
        <w:t>Data i podpis osoby rozpatrującej reklamację: ........................................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